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0B300" w14:textId="77777777" w:rsidR="00EB0D04" w:rsidRPr="009B125E" w:rsidRDefault="005D1A56">
      <w:pPr>
        <w:pStyle w:val="Titlu1"/>
        <w:jc w:val="center"/>
        <w:rPr>
          <w:lang w:val="pt-PT"/>
        </w:rPr>
      </w:pPr>
      <w:r w:rsidRPr="009B125E">
        <w:rPr>
          <w:lang w:val="pt-PT"/>
        </w:rPr>
        <w:t>FORMULAR DE ÎNSCRIERE – ARTIȘTI ȘI MOMENTE ARTISTICE</w:t>
      </w:r>
    </w:p>
    <w:p w14:paraId="542FD2AD" w14:textId="6EAB2953" w:rsidR="00EB0D04" w:rsidRPr="009B125E" w:rsidRDefault="005D1A56">
      <w:pPr>
        <w:jc w:val="center"/>
        <w:rPr>
          <w:lang w:val="pt-PT"/>
        </w:rPr>
      </w:pPr>
      <w:r w:rsidRPr="009B125E">
        <w:rPr>
          <w:b/>
          <w:lang w:val="pt-PT"/>
        </w:rPr>
        <w:t>Dreams Festival – Ediția a II-a</w:t>
      </w:r>
      <w:r w:rsidRPr="009B125E">
        <w:rPr>
          <w:b/>
          <w:lang w:val="pt-PT"/>
        </w:rPr>
        <w:br/>
      </w:r>
      <w:r w:rsidR="008F2064">
        <w:rPr>
          <w:b/>
          <w:lang w:val="pt-PT"/>
        </w:rPr>
        <w:t>2</w:t>
      </w:r>
      <w:r w:rsidRPr="009B125E">
        <w:rPr>
          <w:b/>
          <w:lang w:val="pt-PT"/>
        </w:rPr>
        <w:t xml:space="preserve">, </w:t>
      </w:r>
      <w:r w:rsidR="008F2064">
        <w:rPr>
          <w:b/>
          <w:lang w:val="pt-PT"/>
        </w:rPr>
        <w:t>3</w:t>
      </w:r>
      <w:r w:rsidRPr="009B125E">
        <w:rPr>
          <w:b/>
          <w:lang w:val="pt-PT"/>
        </w:rPr>
        <w:t xml:space="preserve"> și </w:t>
      </w:r>
      <w:r w:rsidR="008F2064">
        <w:rPr>
          <w:b/>
          <w:lang w:val="pt-PT"/>
        </w:rPr>
        <w:t>4</w:t>
      </w:r>
      <w:r w:rsidRPr="009B125E">
        <w:rPr>
          <w:b/>
          <w:lang w:val="pt-PT"/>
        </w:rPr>
        <w:t xml:space="preserve"> </w:t>
      </w:r>
      <w:r w:rsidR="008F2064">
        <w:rPr>
          <w:b/>
          <w:lang w:val="pt-PT"/>
        </w:rPr>
        <w:t>octombrie</w:t>
      </w:r>
      <w:r w:rsidRPr="009B125E">
        <w:rPr>
          <w:b/>
          <w:lang w:val="pt-PT"/>
        </w:rPr>
        <w:br/>
        <w:t>Comuna Dascălu, județul Ilfov</w:t>
      </w:r>
    </w:p>
    <w:p w14:paraId="49B22238" w14:textId="77777777" w:rsidR="00EB0D04" w:rsidRPr="009B125E" w:rsidRDefault="005D1A56">
      <w:pPr>
        <w:rPr>
          <w:lang w:val="pt-PT"/>
        </w:rPr>
      </w:pPr>
      <w:r w:rsidRPr="009B125E">
        <w:rPr>
          <w:lang w:val="pt-PT"/>
        </w:rPr>
        <w:t>Organizator: Asociația Vise Colorate Si Suflete Curate</w:t>
      </w:r>
    </w:p>
    <w:p w14:paraId="51D7A359" w14:textId="77777777" w:rsidR="00EB0D04" w:rsidRPr="009B125E" w:rsidRDefault="005D1A56">
      <w:pPr>
        <w:pStyle w:val="Titlu2"/>
        <w:rPr>
          <w:lang w:val="pt-PT"/>
        </w:rPr>
      </w:pPr>
      <w:r w:rsidRPr="009B125E">
        <w:rPr>
          <w:lang w:val="pt-PT"/>
        </w:rPr>
        <w:t>Date de contact</w:t>
      </w:r>
    </w:p>
    <w:p w14:paraId="58A2617A" w14:textId="77777777" w:rsidR="00EB0D04" w:rsidRPr="009B125E" w:rsidRDefault="005D1A56">
      <w:pPr>
        <w:rPr>
          <w:lang w:val="pt-PT"/>
        </w:rPr>
      </w:pPr>
      <w:r w:rsidRPr="009B125E">
        <w:rPr>
          <w:lang w:val="pt-PT"/>
        </w:rPr>
        <w:t>E-mail: office@visecoloratesisufletecurate.ro</w:t>
      </w:r>
    </w:p>
    <w:p w14:paraId="68825E7C" w14:textId="77777777" w:rsidR="00EB0D04" w:rsidRPr="009B125E" w:rsidRDefault="005D1A56">
      <w:pPr>
        <w:rPr>
          <w:lang w:val="pt-PT"/>
        </w:rPr>
      </w:pPr>
      <w:r w:rsidRPr="009B125E">
        <w:rPr>
          <w:lang w:val="pt-PT"/>
        </w:rPr>
        <w:t>Telefon &amp; WhatsApp: 0743 558 616</w:t>
      </w:r>
    </w:p>
    <w:p w14:paraId="6C6F9ABA" w14:textId="77777777" w:rsidR="00EB0D04" w:rsidRPr="009B125E" w:rsidRDefault="005D1A56">
      <w:pPr>
        <w:rPr>
          <w:lang w:val="pt-PT"/>
        </w:rPr>
      </w:pPr>
      <w:r w:rsidRPr="009B125E">
        <w:rPr>
          <w:lang w:val="pt-PT"/>
        </w:rPr>
        <w:t>Telefon &amp; WhatsApp: 0754 554 620</w:t>
      </w:r>
    </w:p>
    <w:p w14:paraId="108FD00D" w14:textId="77777777" w:rsidR="00EB0D04" w:rsidRPr="009B125E" w:rsidRDefault="005D1A56">
      <w:pPr>
        <w:pStyle w:val="Titlu2"/>
        <w:rPr>
          <w:lang w:val="pt-PT"/>
        </w:rPr>
      </w:pPr>
      <w:r w:rsidRPr="009B125E">
        <w:rPr>
          <w:lang w:val="pt-PT"/>
        </w:rPr>
        <w:t>I. DATE DE IDENTIFICARE</w:t>
      </w:r>
    </w:p>
    <w:p w14:paraId="782D4D93" w14:textId="77777777" w:rsidR="00EB0D04" w:rsidRPr="009B125E" w:rsidRDefault="005D1A56">
      <w:pPr>
        <w:rPr>
          <w:lang w:val="pt-PT"/>
        </w:rPr>
      </w:pPr>
      <w:r w:rsidRPr="009B125E">
        <w:rPr>
          <w:lang w:val="pt-PT"/>
        </w:rPr>
        <w:t>Nume și prenume / Denumire artist, trupă sau formație: ________________________________</w:t>
      </w:r>
    </w:p>
    <w:p w14:paraId="7D05EBD9" w14:textId="77777777" w:rsidR="00EB0D04" w:rsidRPr="009B125E" w:rsidRDefault="005D1A56">
      <w:pPr>
        <w:rPr>
          <w:lang w:val="pt-PT"/>
        </w:rPr>
      </w:pPr>
      <w:r w:rsidRPr="009B125E">
        <w:rPr>
          <w:lang w:val="pt-PT"/>
        </w:rPr>
        <w:t>Reprezentant / Persoană de contact: ________________________________</w:t>
      </w:r>
    </w:p>
    <w:p w14:paraId="6735CFF4" w14:textId="77777777" w:rsidR="00EB0D04" w:rsidRPr="009B125E" w:rsidRDefault="005D1A56">
      <w:pPr>
        <w:rPr>
          <w:lang w:val="pt-PT"/>
        </w:rPr>
      </w:pPr>
      <w:r w:rsidRPr="009B125E">
        <w:rPr>
          <w:lang w:val="pt-PT"/>
        </w:rPr>
        <w:t>Telefon: ________________________________</w:t>
      </w:r>
    </w:p>
    <w:p w14:paraId="1677A1AE" w14:textId="77777777" w:rsidR="00EB0D04" w:rsidRPr="009B125E" w:rsidRDefault="005D1A56">
      <w:pPr>
        <w:rPr>
          <w:lang w:val="pt-PT"/>
        </w:rPr>
      </w:pPr>
      <w:r w:rsidRPr="009B125E">
        <w:rPr>
          <w:lang w:val="pt-PT"/>
        </w:rPr>
        <w:t>E-mail: ________________________________</w:t>
      </w:r>
    </w:p>
    <w:p w14:paraId="0682421E" w14:textId="77777777" w:rsidR="00EB0D04" w:rsidRPr="009B125E" w:rsidRDefault="005D1A56">
      <w:pPr>
        <w:rPr>
          <w:lang w:val="pt-PT"/>
        </w:rPr>
      </w:pPr>
      <w:r w:rsidRPr="009B125E">
        <w:rPr>
          <w:lang w:val="pt-PT"/>
        </w:rPr>
        <w:t>Localitate / Județ: ________________________________</w:t>
      </w:r>
    </w:p>
    <w:p w14:paraId="4E2F2B53" w14:textId="77777777" w:rsidR="00EB0D04" w:rsidRPr="009B125E" w:rsidRDefault="005D1A56">
      <w:pPr>
        <w:rPr>
          <w:lang w:val="pt-PT"/>
        </w:rPr>
      </w:pPr>
      <w:r w:rsidRPr="009B125E">
        <w:rPr>
          <w:lang w:val="pt-PT"/>
        </w:rPr>
        <w:t>Pagini de social media / Website: ________________________________</w:t>
      </w:r>
    </w:p>
    <w:p w14:paraId="029DF25D" w14:textId="77777777" w:rsidR="00EB0D04" w:rsidRPr="009B125E" w:rsidRDefault="005D1A56">
      <w:pPr>
        <w:pStyle w:val="Titlu2"/>
        <w:rPr>
          <w:lang w:val="pt-PT"/>
        </w:rPr>
      </w:pPr>
      <w:r w:rsidRPr="009B125E">
        <w:rPr>
          <w:lang w:val="pt-PT"/>
        </w:rPr>
        <w:t>II. DETALII DESPRE MOMENTUL ARTISTIC</w:t>
      </w:r>
    </w:p>
    <w:p w14:paraId="006779C9" w14:textId="77777777" w:rsidR="00EB0D04" w:rsidRPr="009B125E" w:rsidRDefault="005D1A56">
      <w:pPr>
        <w:rPr>
          <w:lang w:val="pt-PT"/>
        </w:rPr>
      </w:pPr>
      <w:r w:rsidRPr="009B125E">
        <w:rPr>
          <w:lang w:val="pt-PT"/>
        </w:rPr>
        <w:t>Tipul momentului artistic: Muzică live / Dans / Teatru / Recital / DJ / Stand-up / Artă stradală / Altul: __________</w:t>
      </w:r>
    </w:p>
    <w:p w14:paraId="1CB7B6A4" w14:textId="77777777" w:rsidR="00EB0D04" w:rsidRPr="009B125E" w:rsidRDefault="005D1A56">
      <w:pPr>
        <w:rPr>
          <w:lang w:val="pt-PT"/>
        </w:rPr>
      </w:pPr>
      <w:r w:rsidRPr="009B125E">
        <w:rPr>
          <w:lang w:val="pt-PT"/>
        </w:rPr>
        <w:t>Titlul momentului artistic: ________________________________</w:t>
      </w:r>
    </w:p>
    <w:p w14:paraId="4EE678E7" w14:textId="77777777" w:rsidR="00EB0D04" w:rsidRPr="009B125E" w:rsidRDefault="005D1A56">
      <w:pPr>
        <w:rPr>
          <w:lang w:val="pt-PT"/>
        </w:rPr>
      </w:pPr>
      <w:r w:rsidRPr="009B125E">
        <w:rPr>
          <w:lang w:val="pt-PT"/>
        </w:rPr>
        <w:t>Descriere scurtă: _________________________________________________________________</w:t>
      </w:r>
    </w:p>
    <w:p w14:paraId="7AB922DC" w14:textId="77777777" w:rsidR="00EB0D04" w:rsidRPr="009B125E" w:rsidRDefault="005D1A56">
      <w:pPr>
        <w:rPr>
          <w:lang w:val="pt-PT"/>
        </w:rPr>
      </w:pPr>
      <w:r w:rsidRPr="009B125E">
        <w:rPr>
          <w:lang w:val="pt-PT"/>
        </w:rPr>
        <w:t>Durata estimată: __________ minute</w:t>
      </w:r>
    </w:p>
    <w:p w14:paraId="2B7B562C" w14:textId="77777777" w:rsidR="00EB0D04" w:rsidRPr="009B125E" w:rsidRDefault="005D1A56">
      <w:pPr>
        <w:rPr>
          <w:lang w:val="pt-PT"/>
        </w:rPr>
      </w:pPr>
      <w:r w:rsidRPr="009B125E">
        <w:rPr>
          <w:lang w:val="pt-PT"/>
        </w:rPr>
        <w:t>Numărul de participanți: __________</w:t>
      </w:r>
    </w:p>
    <w:p w14:paraId="35A5A064" w14:textId="77777777" w:rsidR="00EB0D04" w:rsidRPr="009B125E" w:rsidRDefault="005D1A56">
      <w:pPr>
        <w:rPr>
          <w:lang w:val="pt-PT"/>
        </w:rPr>
      </w:pPr>
      <w:r w:rsidRPr="009B125E">
        <w:rPr>
          <w:lang w:val="pt-PT"/>
        </w:rPr>
        <w:t>Necesități tehnice (sunet, lumini, microfoane, scenă etc.): ________________________________</w:t>
      </w:r>
    </w:p>
    <w:p w14:paraId="2E06DDF7" w14:textId="77777777" w:rsidR="00EB0D04" w:rsidRPr="009B125E" w:rsidRDefault="005D1A56">
      <w:pPr>
        <w:pStyle w:val="Titlu2"/>
        <w:rPr>
          <w:lang w:val="pt-PT"/>
        </w:rPr>
      </w:pPr>
      <w:r w:rsidRPr="009B125E">
        <w:rPr>
          <w:lang w:val="pt-PT"/>
        </w:rPr>
        <w:t>III. MATERIALE DE PREZENTARE</w:t>
      </w:r>
    </w:p>
    <w:p w14:paraId="587E2B10" w14:textId="77777777" w:rsidR="00EB0D04" w:rsidRPr="009B125E" w:rsidRDefault="005D1A56">
      <w:pPr>
        <w:rPr>
          <w:lang w:val="pt-PT"/>
        </w:rPr>
      </w:pPr>
      <w:r w:rsidRPr="009B125E">
        <w:rPr>
          <w:lang w:val="pt-PT"/>
        </w:rPr>
        <w:t>Pentru înscriere, vă rugăm să transmiteți:</w:t>
      </w:r>
    </w:p>
    <w:p w14:paraId="7B46F8F3" w14:textId="77777777" w:rsidR="00EB0D04" w:rsidRPr="009B125E" w:rsidRDefault="005D1A56">
      <w:pPr>
        <w:rPr>
          <w:lang w:val="pt-PT"/>
        </w:rPr>
      </w:pPr>
      <w:r w:rsidRPr="009B125E">
        <w:rPr>
          <w:lang w:val="pt-PT"/>
        </w:rPr>
        <w:t>• o scurtă prezentare;</w:t>
      </w:r>
    </w:p>
    <w:p w14:paraId="6CC970F2" w14:textId="77777777" w:rsidR="00EB0D04" w:rsidRPr="009B125E" w:rsidRDefault="005D1A56">
      <w:pPr>
        <w:rPr>
          <w:lang w:val="pt-PT"/>
        </w:rPr>
      </w:pPr>
      <w:r w:rsidRPr="009B125E">
        <w:rPr>
          <w:lang w:val="pt-PT"/>
        </w:rPr>
        <w:t>• fotografii reprezentative;</w:t>
      </w:r>
    </w:p>
    <w:p w14:paraId="06FED8B2" w14:textId="77777777" w:rsidR="00EB0D04" w:rsidRPr="009B125E" w:rsidRDefault="005D1A56">
      <w:pPr>
        <w:rPr>
          <w:lang w:val="pt-PT"/>
        </w:rPr>
      </w:pPr>
      <w:r w:rsidRPr="009B125E">
        <w:rPr>
          <w:lang w:val="pt-PT"/>
        </w:rPr>
        <w:lastRenderedPageBreak/>
        <w:t>• un material video de prezentare sau o înregistrare a momentului artistic.</w:t>
      </w:r>
    </w:p>
    <w:p w14:paraId="79CBE3FA" w14:textId="77777777" w:rsidR="00EB0D04" w:rsidRPr="009B125E" w:rsidRDefault="005D1A56">
      <w:pPr>
        <w:rPr>
          <w:lang w:val="pt-PT"/>
        </w:rPr>
      </w:pPr>
      <w:r w:rsidRPr="009B125E">
        <w:rPr>
          <w:lang w:val="pt-PT"/>
        </w:rPr>
        <w:t>Materialele pot fi trimise prin e-mail sau prin WhatsApp la unul dintre numerele de contact.</w:t>
      </w:r>
    </w:p>
    <w:p w14:paraId="1DF5DA52" w14:textId="77777777" w:rsidR="00EB0D04" w:rsidRPr="009B125E" w:rsidRDefault="005D1A56">
      <w:pPr>
        <w:pStyle w:val="Titlu2"/>
        <w:rPr>
          <w:lang w:val="pt-PT"/>
        </w:rPr>
      </w:pPr>
      <w:r w:rsidRPr="009B125E">
        <w:rPr>
          <w:lang w:val="pt-PT"/>
        </w:rPr>
        <w:t>IV. ACORD PRIVIND PRELUCRAREA DATELOR CU CARACTER PERSONAL (GDPR)</w:t>
      </w:r>
    </w:p>
    <w:p w14:paraId="7BC52FDC" w14:textId="77777777" w:rsidR="00EB0D04" w:rsidRPr="009B125E" w:rsidRDefault="005D1A56">
      <w:pPr>
        <w:rPr>
          <w:lang w:val="pt-PT"/>
        </w:rPr>
      </w:pPr>
      <w:r w:rsidRPr="009B125E">
        <w:rPr>
          <w:lang w:val="pt-PT"/>
        </w:rPr>
        <w:t>Prin completarea și semnarea prezentului formular, declar că am fost informat(ă) cu privire la prelucrarea datelor mele cu caracter personal de către Asociația Vise Colorate Si Suflete Curate, în scopul organizării și promovării Dreams Festival.</w:t>
      </w:r>
    </w:p>
    <w:p w14:paraId="56CA1457" w14:textId="77777777" w:rsidR="00EB0D04" w:rsidRPr="009B125E" w:rsidRDefault="005D1A56">
      <w:pPr>
        <w:rPr>
          <w:lang w:val="pt-PT"/>
        </w:rPr>
      </w:pPr>
      <w:r w:rsidRPr="009B125E">
        <w:rPr>
          <w:lang w:val="pt-PT"/>
        </w:rPr>
        <w:t>Sunt de acord ca organizatorul să colecteze, să stocheze și să utilizeze datele furnizate exclusiv pentru gestionarea participării la eveniment, comunicarea cu participanții și îndeplinirea obligațiilor legale.</w:t>
      </w:r>
    </w:p>
    <w:p w14:paraId="217B2C8B" w14:textId="77777777" w:rsidR="00EB0D04" w:rsidRPr="009B125E" w:rsidRDefault="005D1A56">
      <w:pPr>
        <w:rPr>
          <w:lang w:val="pt-PT"/>
        </w:rPr>
      </w:pPr>
      <w:r w:rsidRPr="009B125E">
        <w:rPr>
          <w:lang w:val="pt-PT"/>
        </w:rPr>
        <w:t>☐ Sunt de acord cu prelucrarea datelor mele cu caracter personal.</w:t>
      </w:r>
    </w:p>
    <w:p w14:paraId="0D68894C" w14:textId="77777777" w:rsidR="00EB0D04" w:rsidRPr="009B125E" w:rsidRDefault="005D1A56">
      <w:pPr>
        <w:pStyle w:val="Titlu2"/>
        <w:rPr>
          <w:lang w:val="pt-PT"/>
        </w:rPr>
      </w:pPr>
      <w:r w:rsidRPr="009B125E">
        <w:rPr>
          <w:lang w:val="pt-PT"/>
        </w:rPr>
        <w:t>V. ACORD PRIVIND UTILIZAREA IMAGINILOR ȘI MATERIALELOR FOTO-VIDEO</w:t>
      </w:r>
    </w:p>
    <w:p w14:paraId="7E67CFF1" w14:textId="77777777" w:rsidR="00EB0D04" w:rsidRPr="009B125E" w:rsidRDefault="005D1A56">
      <w:pPr>
        <w:rPr>
          <w:lang w:val="pt-PT"/>
        </w:rPr>
      </w:pPr>
      <w:r w:rsidRPr="009B125E">
        <w:rPr>
          <w:lang w:val="pt-PT"/>
        </w:rPr>
        <w:t>Îmi exprim acordul ca organizatorul să realizeze și să utilizeze fotografii, înregistrări audio și video în care apar eu sau membrii formației/trupei pe durata desfășurării evenimentului.</w:t>
      </w:r>
    </w:p>
    <w:p w14:paraId="6FA15E9D" w14:textId="77777777" w:rsidR="00EB0D04" w:rsidRPr="009B125E" w:rsidRDefault="005D1A56">
      <w:pPr>
        <w:rPr>
          <w:lang w:val="pt-PT"/>
        </w:rPr>
      </w:pPr>
      <w:r w:rsidRPr="009B125E">
        <w:rPr>
          <w:lang w:val="pt-PT"/>
        </w:rPr>
        <w:t>Sunt de acord ca aceste materiale să fie utilizate, fără limită de timp și fără obligații financiare suplimentare, în scopul promovării activităților organizatorului și ale Dreams Festival.</w:t>
      </w:r>
    </w:p>
    <w:p w14:paraId="1CB795DD" w14:textId="77777777" w:rsidR="00EB0D04" w:rsidRPr="009B125E" w:rsidRDefault="005D1A56">
      <w:pPr>
        <w:rPr>
          <w:lang w:val="pt-PT"/>
        </w:rPr>
      </w:pPr>
      <w:r w:rsidRPr="009B125E">
        <w:rPr>
          <w:lang w:val="pt-PT"/>
        </w:rPr>
        <w:t>☐ Sunt de acord cu realizarea și utilizarea materialelor foto-video.</w:t>
      </w:r>
    </w:p>
    <w:p w14:paraId="49FCF742" w14:textId="77777777" w:rsidR="00EB0D04" w:rsidRPr="009B125E" w:rsidRDefault="005D1A56">
      <w:pPr>
        <w:pStyle w:val="Titlu2"/>
        <w:rPr>
          <w:lang w:val="pt-PT"/>
        </w:rPr>
      </w:pPr>
      <w:r w:rsidRPr="009B125E">
        <w:rPr>
          <w:lang w:val="pt-PT"/>
        </w:rPr>
        <w:t>VI. ANGAJAMENT DE PARTICIPARE</w:t>
      </w:r>
    </w:p>
    <w:p w14:paraId="08A66CC1" w14:textId="77777777" w:rsidR="00EB0D04" w:rsidRPr="009B125E" w:rsidRDefault="005D1A56">
      <w:pPr>
        <w:rPr>
          <w:lang w:val="pt-PT"/>
        </w:rPr>
      </w:pPr>
      <w:r w:rsidRPr="009B125E">
        <w:rPr>
          <w:lang w:val="pt-PT"/>
        </w:rPr>
        <w:t>Confirm intenția fermă de participare la Dreams Festival – ediția a II-a și mă angajez să respect programul, condițiile organizatorice și intervalul orar stabilit de comun acord cu organizatorul.</w:t>
      </w:r>
    </w:p>
    <w:p w14:paraId="73A6F06B" w14:textId="77777777" w:rsidR="00EB0D04" w:rsidRDefault="005D1A56">
      <w:r>
        <w:t>În cazul în care intervin modificări sau imposibilitatea participării, mă oblig să informez organizatorul în cel mai scurt timp posibil.</w:t>
      </w:r>
    </w:p>
    <w:p w14:paraId="66621D93" w14:textId="77777777" w:rsidR="00EB0D04" w:rsidRPr="009B125E" w:rsidRDefault="005D1A56">
      <w:pPr>
        <w:rPr>
          <w:lang w:val="pt-PT"/>
        </w:rPr>
      </w:pPr>
      <w:r w:rsidRPr="009B125E">
        <w:rPr>
          <w:lang w:val="pt-PT"/>
        </w:rPr>
        <w:t>☐ Confirm participarea conform condițiilor stabilite cu organizatorul.</w:t>
      </w:r>
    </w:p>
    <w:p w14:paraId="5D156F09" w14:textId="77777777" w:rsidR="00EB0D04" w:rsidRPr="009B125E" w:rsidRDefault="005D1A56">
      <w:pPr>
        <w:rPr>
          <w:lang w:val="pt-PT"/>
        </w:rPr>
      </w:pPr>
      <w:r w:rsidRPr="009B125E">
        <w:rPr>
          <w:lang w:val="pt-PT"/>
        </w:rPr>
        <w:br/>
        <w:t>Data: ____ / ____ / 2026</w:t>
      </w:r>
    </w:p>
    <w:p w14:paraId="1A5195EC" w14:textId="77777777" w:rsidR="00EB0D04" w:rsidRPr="009B125E" w:rsidRDefault="005D1A56">
      <w:pPr>
        <w:rPr>
          <w:lang w:val="pt-PT"/>
        </w:rPr>
      </w:pPr>
      <w:r w:rsidRPr="009B125E">
        <w:rPr>
          <w:lang w:val="pt-PT"/>
        </w:rPr>
        <w:t>Nume și prenume: ________________________________</w:t>
      </w:r>
    </w:p>
    <w:p w14:paraId="46F1368E" w14:textId="77777777" w:rsidR="00EB0D04" w:rsidRPr="009B125E" w:rsidRDefault="005D1A56">
      <w:pPr>
        <w:rPr>
          <w:lang w:val="pt-PT"/>
        </w:rPr>
      </w:pPr>
      <w:r w:rsidRPr="009B125E">
        <w:rPr>
          <w:lang w:val="pt-PT"/>
        </w:rPr>
        <w:t>Semnătura: ________________________________</w:t>
      </w:r>
    </w:p>
    <w:sectPr w:rsidR="00EB0D04" w:rsidRPr="009B125E"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F68E3" w14:textId="77777777" w:rsidR="00E87280" w:rsidRDefault="00E87280" w:rsidP="009B125E">
      <w:pPr>
        <w:spacing w:after="0" w:line="240" w:lineRule="auto"/>
      </w:pPr>
      <w:r>
        <w:separator/>
      </w:r>
    </w:p>
  </w:endnote>
  <w:endnote w:type="continuationSeparator" w:id="0">
    <w:p w14:paraId="4B308890" w14:textId="77777777" w:rsidR="00E87280" w:rsidRDefault="00E87280" w:rsidP="009B1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33F01" w14:textId="77777777" w:rsidR="00E87280" w:rsidRDefault="00E87280" w:rsidP="009B125E">
      <w:pPr>
        <w:spacing w:after="0" w:line="240" w:lineRule="auto"/>
      </w:pPr>
      <w:r>
        <w:separator/>
      </w:r>
    </w:p>
  </w:footnote>
  <w:footnote w:type="continuationSeparator" w:id="0">
    <w:p w14:paraId="707B00F0" w14:textId="77777777" w:rsidR="00E87280" w:rsidRDefault="00E87280" w:rsidP="009B12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1580938"/>
      <w:docPartObj>
        <w:docPartGallery w:val="Page Numbers (Top of Page)"/>
        <w:docPartUnique/>
      </w:docPartObj>
    </w:sdtPr>
    <w:sdtEndPr>
      <w:rPr>
        <w:noProof/>
      </w:rPr>
    </w:sdtEndPr>
    <w:sdtContent>
      <w:p w14:paraId="11BAFE1A" w14:textId="27F7B881" w:rsidR="009B125E" w:rsidRDefault="009B125E">
        <w:pPr>
          <w:pStyle w:val="Antet"/>
        </w:pPr>
        <w:r>
          <w:fldChar w:fldCharType="begin"/>
        </w:r>
        <w:r>
          <w:instrText xml:space="preserve"> PAGE   \* MERGEFORMAT </w:instrText>
        </w:r>
        <w:r>
          <w:fldChar w:fldCharType="separate"/>
        </w:r>
        <w:r>
          <w:rPr>
            <w:noProof/>
          </w:rPr>
          <w:t>2</w:t>
        </w:r>
        <w:r>
          <w:rPr>
            <w:noProof/>
          </w:rPr>
          <w:fldChar w:fldCharType="end"/>
        </w:r>
      </w:p>
    </w:sdtContent>
  </w:sdt>
  <w:p w14:paraId="541522A5" w14:textId="77777777" w:rsidR="009B125E" w:rsidRDefault="009B125E">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290748493">
    <w:abstractNumId w:val="8"/>
  </w:num>
  <w:num w:numId="2" w16cid:durableId="378744339">
    <w:abstractNumId w:val="6"/>
  </w:num>
  <w:num w:numId="3" w16cid:durableId="673192643">
    <w:abstractNumId w:val="5"/>
  </w:num>
  <w:num w:numId="4" w16cid:durableId="1730030195">
    <w:abstractNumId w:val="4"/>
  </w:num>
  <w:num w:numId="5" w16cid:durableId="1728917770">
    <w:abstractNumId w:val="7"/>
  </w:num>
  <w:num w:numId="6" w16cid:durableId="1854759267">
    <w:abstractNumId w:val="3"/>
  </w:num>
  <w:num w:numId="7" w16cid:durableId="417598903">
    <w:abstractNumId w:val="2"/>
  </w:num>
  <w:num w:numId="8" w16cid:durableId="921719686">
    <w:abstractNumId w:val="1"/>
  </w:num>
  <w:num w:numId="9" w16cid:durableId="93594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02471"/>
    <w:rsid w:val="005D1A56"/>
    <w:rsid w:val="006F0148"/>
    <w:rsid w:val="008F2064"/>
    <w:rsid w:val="009B125E"/>
    <w:rsid w:val="00AA1D8D"/>
    <w:rsid w:val="00B47730"/>
    <w:rsid w:val="00B90077"/>
    <w:rsid w:val="00CB0664"/>
    <w:rsid w:val="00E87280"/>
    <w:rsid w:val="00EB0D0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A2D230"/>
  <w14:defaultImageDpi w14:val="300"/>
  <w15:docId w15:val="{ECF88511-AAE0-46EE-A0E6-56BE72A1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F7645-5B16-4F52-A2E1-D5E5BF92D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457</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Ana Sandu</cp:lastModifiedBy>
  <cp:revision>4</cp:revision>
  <dcterms:created xsi:type="dcterms:W3CDTF">2026-06-22T09:06:00Z</dcterms:created>
  <dcterms:modified xsi:type="dcterms:W3CDTF">2026-08-27T09:16:00Z</dcterms:modified>
  <cp:category/>
</cp:coreProperties>
</file>